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0C5" w:rsidRPr="007200C5" w:rsidRDefault="00647DF2" w:rsidP="007200C5">
      <w:pPr>
        <w:pStyle w:val="Nadpis1"/>
        <w:spacing w:before="0"/>
        <w:jc w:val="center"/>
      </w:pPr>
      <w:r>
        <w:t>PROHLÁŠENÍ MLADISTVÉHO A SOUHLAS ZÁKONNÉHO ZÁSTUPCE</w:t>
      </w:r>
    </w:p>
    <w:p w:rsidR="007200C5" w:rsidRDefault="00647DF2" w:rsidP="007200C5">
      <w:pPr>
        <w:jc w:val="center"/>
        <w:rPr>
          <w:b/>
        </w:rPr>
      </w:pPr>
      <w:r>
        <w:rPr>
          <w:b/>
        </w:rPr>
        <w:t>L</w:t>
      </w:r>
      <w:r>
        <w:rPr>
          <w:b/>
        </w:rPr>
        <w:t xml:space="preserve">OKAL BLOK – </w:t>
      </w:r>
      <w:proofErr w:type="spellStart"/>
      <w:r>
        <w:rPr>
          <w:b/>
        </w:rPr>
        <w:t>Boulderová</w:t>
      </w:r>
      <w:proofErr w:type="spellEnd"/>
      <w:r>
        <w:rPr>
          <w:b/>
        </w:rPr>
        <w:t xml:space="preserve"> stěna</w:t>
      </w:r>
      <w:r w:rsidR="007200C5">
        <w:rPr>
          <w:b/>
        </w:rPr>
        <w:t>, Nám.</w:t>
      </w:r>
      <w:proofErr w:type="gramStart"/>
      <w:r w:rsidR="007200C5">
        <w:rPr>
          <w:b/>
        </w:rPr>
        <w:t>14.října</w:t>
      </w:r>
      <w:proofErr w:type="gramEnd"/>
      <w:r w:rsidR="007200C5">
        <w:rPr>
          <w:b/>
        </w:rPr>
        <w:t xml:space="preserve">  2173/10, Praha 5, 15000</w:t>
      </w:r>
    </w:p>
    <w:p w:rsidR="00406D11" w:rsidRDefault="00647DF2" w:rsidP="007200C5">
      <w:pPr>
        <w:jc w:val="center"/>
      </w:pPr>
      <w:bookmarkStart w:id="0" w:name="_GoBack"/>
      <w:bookmarkEnd w:id="0"/>
      <w:r>
        <w:rPr>
          <w:b/>
        </w:rPr>
        <w:br/>
      </w:r>
      <w:proofErr w:type="spellStart"/>
      <w:r>
        <w:t>Tento</w:t>
      </w:r>
      <w:proofErr w:type="spellEnd"/>
      <w:r>
        <w:t xml:space="preserve"> </w:t>
      </w:r>
      <w:proofErr w:type="spellStart"/>
      <w:r>
        <w:t>formulář</w:t>
      </w:r>
      <w:proofErr w:type="spellEnd"/>
      <w:r>
        <w:t xml:space="preserve"> </w:t>
      </w:r>
      <w:proofErr w:type="spellStart"/>
      <w:r>
        <w:t>slouží</w:t>
      </w:r>
      <w:proofErr w:type="spellEnd"/>
      <w:r>
        <w:t xml:space="preserve"> pro </w:t>
      </w:r>
      <w:proofErr w:type="spellStart"/>
      <w:r>
        <w:t>mladistvé</w:t>
      </w:r>
      <w:proofErr w:type="spellEnd"/>
      <w:r>
        <w:t xml:space="preserve"> </w:t>
      </w:r>
      <w:proofErr w:type="spellStart"/>
      <w:r>
        <w:t>návštěvníky</w:t>
      </w:r>
      <w:proofErr w:type="spellEnd"/>
      <w:r w:rsidR="007200C5">
        <w:t xml:space="preserve"> (15-17 let)</w:t>
      </w:r>
      <w:r>
        <w:t xml:space="preserve">, </w:t>
      </w:r>
      <w:proofErr w:type="spellStart"/>
      <w:r>
        <w:t>kteří</w:t>
      </w:r>
      <w:proofErr w:type="spellEnd"/>
      <w:r>
        <w:t xml:space="preserve"> </w:t>
      </w:r>
      <w:proofErr w:type="spellStart"/>
      <w:r>
        <w:t>navštěvují</w:t>
      </w:r>
      <w:proofErr w:type="spellEnd"/>
      <w:r>
        <w:t xml:space="preserve"> </w:t>
      </w:r>
      <w:proofErr w:type="spellStart"/>
      <w:r>
        <w:t>boulderovou</w:t>
      </w:r>
      <w:proofErr w:type="spellEnd"/>
      <w:r>
        <w:t xml:space="preserve"> stěnu bez doprovodu osoby starší 18 let.</w:t>
      </w:r>
      <w:r>
        <w:br/>
      </w:r>
    </w:p>
    <w:p w:rsidR="00406D11" w:rsidRDefault="00647DF2">
      <w:pPr>
        <w:pStyle w:val="Nadpis2"/>
      </w:pPr>
      <w:r>
        <w:t>1. Údaje o mladistvém</w:t>
      </w:r>
    </w:p>
    <w:p w:rsidR="00406D11" w:rsidRDefault="00647DF2">
      <w:r>
        <w:t xml:space="preserve">Jméno a příjmení: </w:t>
      </w:r>
      <w:r>
        <w:t>____________________________</w:t>
      </w:r>
    </w:p>
    <w:p w:rsidR="00406D11" w:rsidRDefault="00647DF2">
      <w:r>
        <w:t>Datum narození: ____________________________</w:t>
      </w:r>
    </w:p>
    <w:p w:rsidR="00406D11" w:rsidRDefault="00647DF2">
      <w:r>
        <w:t>E-mail: ____________________________</w:t>
      </w:r>
    </w:p>
    <w:p w:rsidR="00406D11" w:rsidRDefault="00647DF2">
      <w:pPr>
        <w:pStyle w:val="Nadpis2"/>
      </w:pPr>
      <w:r>
        <w:t>2. Prohlášení mladistvého</w:t>
      </w:r>
    </w:p>
    <w:p w:rsidR="00406D11" w:rsidRDefault="00647DF2">
      <w:r>
        <w:t>Prohlašuji, že mám dostatek zkušeností s provozováním boulderingu. Před vstupem jsem se seznámil(a) s provozním řádem b</w:t>
      </w:r>
      <w:r>
        <w:t>oulderové stěny LOKAL BLOK, rozumím mu a budu jej dodržovat. Jsem si vědom(a) rizik spojených s boulderingem a provozuji jej na vlastní odpovědnost. Dále prohlašuji, že moji zákonní zástupci jsou s touto sportovní aktivitou seznámeni a souhlasí s jejím pro</w:t>
      </w:r>
      <w:r>
        <w:t>vozováním.</w:t>
      </w:r>
    </w:p>
    <w:p w:rsidR="00406D11" w:rsidRDefault="00647DF2">
      <w:pPr>
        <w:pStyle w:val="Nadpis2"/>
      </w:pPr>
      <w:r>
        <w:t>3. Údaje o zákonném zástupci</w:t>
      </w:r>
    </w:p>
    <w:p w:rsidR="00406D11" w:rsidRDefault="00647DF2">
      <w:r>
        <w:t>Jméno a příjmení: ____________________________</w:t>
      </w:r>
    </w:p>
    <w:p w:rsidR="00406D11" w:rsidRDefault="00647DF2">
      <w:r>
        <w:t>Datum narození: ____________________________</w:t>
      </w:r>
    </w:p>
    <w:p w:rsidR="00406D11" w:rsidRDefault="00647DF2">
      <w:r>
        <w:t>E-mail: ____________________________</w:t>
      </w:r>
    </w:p>
    <w:p w:rsidR="00406D11" w:rsidRDefault="00647DF2">
      <w:r>
        <w:t>Telefon: ____________________________</w:t>
      </w:r>
    </w:p>
    <w:p w:rsidR="00406D11" w:rsidRDefault="00647DF2">
      <w:pPr>
        <w:pStyle w:val="Nadpis2"/>
      </w:pPr>
      <w:r>
        <w:t>4. Souhlas zákonného zástupce</w:t>
      </w:r>
    </w:p>
    <w:p w:rsidR="00406D11" w:rsidRDefault="00647DF2">
      <w:r>
        <w:t>Souhlasím s tím, ab</w:t>
      </w:r>
      <w:r>
        <w:t>y výše uvedený mladistvý navštěvoval boulderovou stěnu LOKAL BLOK bez doprovodu osoby starší 18 let. Prohlašuji, že jej považuji za dostatečně vyspělého a zkušeného pro samostatný pohyb a provozování boulderingu. Jsem si vědom(a) rizik spojených s touto sp</w:t>
      </w:r>
      <w:r>
        <w:t>ortovní aktivitou.</w:t>
      </w:r>
    </w:p>
    <w:p w:rsidR="00406D11" w:rsidRDefault="00647DF2">
      <w:pPr>
        <w:pStyle w:val="Nadpis2"/>
      </w:pPr>
      <w:r>
        <w:t>5. Podpisy</w:t>
      </w:r>
    </w:p>
    <w:tbl>
      <w:tblPr>
        <w:tblStyle w:val="Mkatabulky"/>
        <w:tblW w:w="8640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406D11" w:rsidTr="007200C5">
        <w:tc>
          <w:tcPr>
            <w:tcW w:w="4320" w:type="dxa"/>
          </w:tcPr>
          <w:p w:rsidR="00406D11" w:rsidRDefault="00647DF2" w:rsidP="007200C5">
            <w:proofErr w:type="spellStart"/>
            <w:r>
              <w:t>Místo</w:t>
            </w:r>
            <w:proofErr w:type="spellEnd"/>
            <w:r>
              <w:t xml:space="preserve"> a datum</w:t>
            </w:r>
          </w:p>
          <w:p w:rsidR="007200C5" w:rsidRDefault="007200C5" w:rsidP="007200C5"/>
        </w:tc>
        <w:tc>
          <w:tcPr>
            <w:tcW w:w="4320" w:type="dxa"/>
          </w:tcPr>
          <w:p w:rsidR="00406D11" w:rsidRDefault="00406D11"/>
        </w:tc>
      </w:tr>
      <w:tr w:rsidR="00406D11" w:rsidTr="007200C5">
        <w:tc>
          <w:tcPr>
            <w:tcW w:w="4320" w:type="dxa"/>
          </w:tcPr>
          <w:p w:rsidR="00406D11" w:rsidRDefault="00647DF2" w:rsidP="007200C5">
            <w:proofErr w:type="spellStart"/>
            <w:r>
              <w:t>Podpis</w:t>
            </w:r>
            <w:proofErr w:type="spellEnd"/>
            <w:r>
              <w:t xml:space="preserve"> </w:t>
            </w:r>
            <w:proofErr w:type="spellStart"/>
            <w:r>
              <w:t>mladistvého</w:t>
            </w:r>
            <w:proofErr w:type="spellEnd"/>
          </w:p>
          <w:p w:rsidR="007200C5" w:rsidRDefault="007200C5" w:rsidP="007200C5"/>
        </w:tc>
        <w:tc>
          <w:tcPr>
            <w:tcW w:w="4320" w:type="dxa"/>
          </w:tcPr>
          <w:p w:rsidR="00406D11" w:rsidRDefault="00406D11"/>
        </w:tc>
      </w:tr>
      <w:tr w:rsidR="00406D11" w:rsidTr="007200C5">
        <w:tc>
          <w:tcPr>
            <w:tcW w:w="4320" w:type="dxa"/>
          </w:tcPr>
          <w:p w:rsidR="00406D11" w:rsidRDefault="00647DF2" w:rsidP="007200C5">
            <w:proofErr w:type="spellStart"/>
            <w:r>
              <w:t>Podpis</w:t>
            </w:r>
            <w:proofErr w:type="spellEnd"/>
            <w:r>
              <w:t xml:space="preserve"> </w:t>
            </w:r>
            <w:proofErr w:type="spellStart"/>
            <w:r>
              <w:t>zákonného</w:t>
            </w:r>
            <w:proofErr w:type="spellEnd"/>
            <w:r>
              <w:t xml:space="preserve"> </w:t>
            </w:r>
            <w:proofErr w:type="spellStart"/>
            <w:r>
              <w:t>zástupce</w:t>
            </w:r>
            <w:proofErr w:type="spellEnd"/>
          </w:p>
          <w:p w:rsidR="007200C5" w:rsidRDefault="007200C5" w:rsidP="007200C5"/>
        </w:tc>
        <w:tc>
          <w:tcPr>
            <w:tcW w:w="4320" w:type="dxa"/>
          </w:tcPr>
          <w:p w:rsidR="00406D11" w:rsidRDefault="00406D11"/>
        </w:tc>
      </w:tr>
    </w:tbl>
    <w:p w:rsidR="00647DF2" w:rsidRDefault="00647DF2"/>
    <w:sectPr w:rsidR="00647DF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6D11"/>
    <w:rsid w:val="00647DF2"/>
    <w:rsid w:val="007200C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E0568"/>
  <w14:defaultImageDpi w14:val="300"/>
  <w15:docId w15:val="{84310BE0-EAC5-4E97-8CDF-5F7B94AA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71979D-D841-41DC-AE14-B7FBCD45E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Lezecká stěna Lokal Blok</cp:lastModifiedBy>
  <cp:revision>2</cp:revision>
  <dcterms:created xsi:type="dcterms:W3CDTF">2013-12-23T23:15:00Z</dcterms:created>
  <dcterms:modified xsi:type="dcterms:W3CDTF">2026-07-27T14:59:00Z</dcterms:modified>
  <cp:category/>
</cp:coreProperties>
</file>